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פרידה וסיכום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"פרידה וסיכום"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זיכרון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farewell / прощание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goodbye / до свидания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memory / воспоминание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year / год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להתראות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🌅 פרידה וסיכום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בסוף השנה אומרים תודה ולהתראות. נזכרים בדברים טובים.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פרידה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farewell · прощание · ስንብት · وداع · adieu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להתראות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goodbye · до свидания · ደህና ሁን · إلى اللقاء · au revoir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זיכרון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memory · воспоминание · ትዝታ · ذكرى · souvenir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year · год · ዓመት · سنة · année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פרידה  |  להתראות  |  זיכרון  |  שנה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memory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להתראות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פרידה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זיכרון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פרידה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farewell / прощание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להתראות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year / год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זיכרון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memory / воспоминание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goodbye / до свидания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בסוף השנה אומרים תודה ו________. נזכרים בדברים טובים.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"פרידה".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היה הרגע הכי שמח שלכם השנה?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לומר תודה לשלושה אנשים בכיתה / לצייר זיכרון טוב מהשנה)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פרידה וסיכום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