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סיגד וראש חודש כסליו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"סיגד וראש חודש כסליו"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🌾 סיגד וראש חודש כסליו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מִתְגַּעְגְּעִים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🌾 סיגד וראש חודש כסליו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🌾 🌙 🤲  משפט השבוע: מִתְגַּעְגְּעִים, מִתְחַבְּרִים וּמִתְחַדְּשִׁים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מֵאִיר  |  מַדְלִיקִים  |  מִתְגַּעְגְּעִים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"מִתְגַּעְגְּעִים, מִתְחַבְּרִים וּמִתְחַדְּשִׁים"?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🕯️ מדליקים אור – שבוע שלפני חנוכה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🌾 סיגד וראש חודש כסליו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לצייר ירח חדש ולהוסיף לו כל יום עוד קצת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לשאול מבוגר במשפחה על חג שהוא אוהב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________, מִתְחַבְּרִים וּמִתְחַדְּשִׁים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למה או למי אתם מתגעגעים?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לשאול מבוגר במשפחה על חג שהוא אוהב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סיגד וראש חודש כסליו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