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סיגד וראש חודש כסליו</w:t>
      </w:r>
    </w:p>
    <w:p>
      <w:pPr>
        <w:bidi/>
        <w:jc w:val="right"/>
      </w:pPr>
      <w:r>
        <w:rPr>
          <w:rFonts w:ascii="Arial" w:hAnsi="Arial" w:cs="Arial"/>
          <w:sz w:val="24"/>
          <w:rtl/>
          <w:szCs w:val="24"/>
        </w:rPr>
        <w:t>• 🎯 מטרה: לתרגל את ערך השבוע "סיגד וראש חודש כסליו"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חט״ב ותיכון</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ג – שבוע של געגוע, חיבור וקהילה: מתכנסים יחד ומתחילים חודש חדש</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א – שבוע של הכנה לחנוכה: אור, תקווה, והרצון להאיר גם לאחרים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ד – שבוע של אור, נס ואומץ, וכבוד מיוחד לבנות ולנשים במסורת</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ב – להכיר זה את זה באמת ולהרגיש שיש לכל אחד ואחת מקום בכיתה</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שזוכר</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ל׳ בחשוון</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סיגד וראש חודש כסליו – דף תרגול</w:t>
      </w:r>
    </w:p>
    <w:p>
      <w:pPr>
        <w:bidi/>
        <w:jc w:val="right"/>
      </w:pPr>
      <w:r>
        <w:rPr>
          <w:rFonts w:ascii="Arial" w:hAnsi="Arial" w:cs="Arial"/>
          <w:color w:val="555577"/>
          <w:sz w:val="24"/>
          <w:rtl/>
          <w:szCs w:val="24"/>
        </w:rPr>
        <w:t>ערך השבוע: סיגד וראש חודש כסליו – שבוע של געגוע, חיבור וקהילה: מתכנסים יחד ומתחילים חודש חדש.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ליה עלתה ארצה בגיל שלוש ולא זוכרת את הכפר שבו נולדה. בסיגד היא שומעת את הקסים קוראים ומרגישה משהו, אבל לא יודעת להגדיר אותו. חברה שואלת אותה "את מרגישה יותר מפה או משם?" האם צריך לבחור?</w:t>
      </w:r>
    </w:p>
    <w:p>
      <w:pPr>
        <w:bidi/>
        <w:jc w:val="right"/>
      </w:pPr>
      <w:r>
        <w:rPr>
          <w:rFonts w:ascii="Arial" w:hAnsi="Arial" w:cs="Arial"/>
          <w:sz w:val="24"/>
          <w:rtl/>
          <w:szCs w:val="24"/>
        </w:rPr>
        <w:t>1. האם אפשר להשתייך לשני מקומות בבת אחת?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מה אנחנו יכולים ללמוד מקהילה ששמרה על חלום דורות רבים?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תפקידו של טקס משותף בחיים של קהילה?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"סיגד וראש חודש כסליו"?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לשאול מישהו מהכיתה על חג חשוב במשפחה שלו</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ללעוג למי שטועה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להאשים אחרים בלי לבדוק</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לבחור דבר אחד לחדש בחודש כסליו</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ללמוד מנהג אחד של הסיגד ולספר עליו</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סיגד וראש חודש כסליו</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שבוע של הכנה לחנוכה: אור, תקווה, והרצון להאיר גם לאחרים</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מדליקים אור – שבוע שלפני חנוכה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להכיר זה את זה באמת ולהרגיש שיש לכל אחד ואחת מקום בכיתה</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חנוכה וחג הבנות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שבוע של געגוע, חיבור וקהילה: מתכנסים יחד ומתחילים חודש חדש</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היכרות ושייכות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שבוע של אור, נס ואומץ, וכבוד מיוחד לבנות ולנשים במסורת</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"מי ________ מאיפה בא, יודע לאן הוא רוצה ללכת"</w:t>
      </w:r>
    </w:p>
    <w:p>
      <w:pPr>
        <w:bidi/>
        <w:jc w:val="right"/>
      </w:pPr>
      <w:r>
        <w:rPr>
          <w:rFonts w:ascii="Arial" w:hAnsi="Arial" w:cs="Arial"/>
          <w:sz w:val="24"/>
          <w:rtl/>
          <w:szCs w:val="24"/>
        </w:rPr>
        <w:t>2. 🧩 חידה: ראש חודש כסליו השנה נמשך יומיים. היום הראשון שלו הוא בעצם היום האחרון של החודש הקודם. איזה תאריך עברי הוא?</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ללמוד מנהג אחד של הסיגד ולספר עליו · לשאול מישהו מהכיתה על חג חשוב במשפחה שלו · לבחור דבר אחד לחדש בחודש כסליו</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למדתם השבוע על געגוע ועל קהילה?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מה למדתם השבוע על הסיגד או על חודש כסליו?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סיגד וראש חודש כסליו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